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 Izmjena i dopuna Programa građenja komunalne infrastrukture za 2026. godinu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  <w:br/>
              <w:t>27.08.2026.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  <w:br/>
              <w:t>25.09.2026.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 25.09.2026. godine.</w:t>
            </w:r>
            <w:r w:rsidR="00F05BA5">
              <w:rPr>
                <w:b/>
                <w:color w:val="5B6573"/>
                <w:sz w:val="25"/>
                <w:lang w:val="hr-HR"/>
              </w:rPr>
            </w:r>
            <w:r w:rsidR="00712B4A">
              <w:rPr>
                <w:b/>
                <w:color w:val="5B6573"/>
                <w:sz w:val="25"/>
                <w:lang w:val="hr-HR"/>
              </w:rPr>
            </w:r>
            <w:bookmarkStart w:id="0" w:name="_GoBack"/>
            <w:bookmarkEnd w:id="0"/>
            <w:r w:rsidRPr="00B86274">
              <w:rPr>
                <w:b/>
                <w:color w:val="5B6573"/>
                <w:sz w:val="25"/>
                <w:lang w:val="hr-HR"/>
              </w:rPr>
            </w:r>
            <w:r w:rsidRPr="00B86274">
              <w:rPr>
                <w:b/>
                <w:color w:val="5B6573"/>
                <w:sz w:val="23"/>
                <w:lang w:val="hr-HR"/>
              </w:rPr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